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ימי הביניים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תכני ארבעת השירים: שחי לאל, בכל ליבי אמת, ישנה בחיק ילדות, זמן הנערות חלף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מוטיבים, מקורות לשוניים ומבנה אקרוסטיכון בשירה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לשאלות בגרות אפשריות על שירת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שתיהן נסתרות וטהורות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האל העניק לנשמה חיי 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רשות לנשמת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שערות לבנות שמסמלות זקנה מתקרבת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אדם שחצן שמתגאה בשלטונו בעולם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דברי אברהם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כי בעיניו אין להם חיים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א – השפלה שספג הדובר בגלל יהדותו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ג – ליום הכיפורים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אותיות ראשונות בבתים יוצרות את השם שלמה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אקרוסטיכון של שם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עוסק בחלוף הזמן ובגאוות אדם מול האל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במוטו שלפני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מקורו בדברי אברהם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ההגדרה של הסוג הספרותי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מלאכי 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אברהם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שיר ומוטיב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(הנשמה כטהורה ונצחית כמו האל)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(השפלה בגלל יהדות וריחוק מהמשפילים)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(זקנה מתקרבת וחלוף הנעורים)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(גאוות אדם מול האל וחלוף הזמן)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אקרוסטיכון הוא רמז חבוי של שם (משורר או מילה) דרך אותיות ראשונות בבתים; הוא מעיד על זהות היוצר או מוסיף שכבת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לחבר את השיר למורשת, להעניק לו עומק דתי ולהעשיר את המשמעות באמצעות הדהוד מוכר לקורא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שיר אחד, יציג רעיון מרכזי (למשל נצחיות הנשמה, חלוף הזמן, השפלה) ויביא דוגמה לשונית קצרה מתוך השיר התומכת ברעיון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שלמה חזק - שם המשורר רמוז באותיות ראשונות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להבחנה בין קבלת הזקנה בעצב לבין ביקורת על גאוות אדם מול הנצח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לציון חוויית השפלה בשל יהדות הדובר, כפי שמצוין במוטו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המוטו של בכל ליבי אמת בקול לפני הדיון כדי להבהיר את ההקשר ההיסטורי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לתלמידים טבלה משווה בין ארבעת השירים לפי נושא, מוטיב ומקור 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ההתאמה בעבודה בזוגות ואז לבדוק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ימי הביניים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נחזור על ארבעה שירים מרכזיים בשירת ימי הביניים שנלמדו ביחידה, תוך התמקדות במוטיבים, מקורות הציטוטים והמבנה הפואטי שלהם.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דומה הנשמה לאל לפי השיר שחי לאל?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נראות לעין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שתיהן נסתרות וטהורות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נקברות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רודפות הבל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הביטוי אשר לא שם דמותך באדמה?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האל לא ברא את הנשמה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הנשמה גרה במערה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האל העניק לנשמה חיי 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הנשמה לא 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מקור הצירוף בכל לבי ובכל מאדי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שמע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סוג שיר שייך ישנה בחיק ילדות?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רשות לנשמת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תהילה לפטרון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מסמלים מלאכי שיבה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שערות לבנות שמסמלות זקנה מתקרבת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מלאכים שמגיעים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הורים מחנכים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ציפורים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הוא הלץ בשיר זמן הנערות חלף?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שחצן שמתגאה בשלטונו בעולם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נשמת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מקור הצירוף עפר ואפר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 אברהם בספר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תפילת נשמת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מדוע מכנה הדובר את המשפילים מתים בשיר בכל ליבי 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זקנים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נהרגו בקרב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בעיניו אין להם חיים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רוחות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מהו הרקע לשיר בכל ליבי אמת לפי המוטו?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השפלה שספג הדובר בגלל יהדותו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 פטרון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ניצחון בקרב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לאיזה מועד נועד הפיוט שחי לאל?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לט״ו בשבט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האקרוסטיכון בשיר שחי לאל הוא שלמה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ישנה בחיק ילדות האותיות הראשונות יוצרות את השם יהודה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זמן הנערות חלף עוסק בשמחת הנעורים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בכל ליבי אמת הדובר כותב מתוך חוויה אישית של השפלה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עפר ואפר מופיע לראשונה בספר קהלת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רשות לנשמת היא שיר שמבקש אישור מהקהל לפני 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הפיוט שחי לאל נועד למועד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הצירוף בכל לבי ובכל מאדי מקורו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הם שערות לבנות המסמלות זקנה מתקרבת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בשיר זמן הנערות חלף, ה__________ הוא אדם המתגאה בשלטונו הזמני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הביטוי עפר ואפר מופיע לראשונה בדברי __________ בספר בראשית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האקרוסטיכון בשיר ישנה בחיק ילדות יוצר את השם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שיר ומוטיב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שחי לאל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גאוות אדם מול האל וחלוף 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בכל ליבי 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הנשמה כטהורה ונצחית כמו האל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ישנה בחיק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זקנה מתקרבת וחלוף הנעורים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זמן הנערות חלף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השפלה בגלל יהדות וריחוק מהמשפילים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אקרוסטיכון בשירה, ומה תפקידו בשירים שלמדנו?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משוררי ימי הביניים נהגו לשלב ביטויים ממקורות יהודיים בשיריהם?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השירים שלמדנו וכתבו פסקה קצרה המסבירה מהו הרעיון המרכזי בו וכיצד הוא מתבטא בלשון השיר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אקרוסטיכון ואיזה שם מופיע בשיר שחי לאל?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גישת הדובר בישנה בחיק ילדות לגישתו בזמן הנערות חלף ביחס לזקנה וזמן?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הרקע ההיסטורי-אישי שעומד מאחורי השיר בכל ליבי אמת?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שירת ימי הביניים - חזרה ומשחקים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